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2000: 两个数相邻吗？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2000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二维数组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4107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二维数组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同学们在操场上排成了一个 n 行 m 列的队形，假设这个队形中所有人年龄都不同，那么给定 2 个年龄后，请你编程判断，这 2 个年龄对应的同学是否相邻？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相邻的定义是：如果两个同学在上下左右的位置是挨在一起的，那么就算是相邻的。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比如：如下是一个 3 行 4 列的队形，这个队形中每个数字代表了每个同学的年龄。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8 2 3 4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5 6 7 1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9 10 11 12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那么这个队形中，年龄 6 和年龄 10 两个值就是相邻的。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行有 2 个整数 n 和 m ，分别代表队形的行和列的值（ 2 ≤ n,m ≤ 200）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n 行，每行有 m 个整数，代表每个同学的年龄（每个同学的年龄的值在 1 ∼ 40000 之间）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最后一行输入 2 个整数，代表 2 个不同年龄的值。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如果两个年龄的值是相邻的，请输出字符 Y ，否则请输出字符 N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8 2 3 4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5 6 7 1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9 10 11 12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6 10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