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1999: 操场换位置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同学们在操场上排成了一个 n 行 m 列的队形，请将这个队形中，年龄最大的同学和年龄最小的同学交换位置，并输出交换的结果（本题数据保证年龄最大的同学和年龄最小的同学在矩阵中是唯一的）。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比如：如下是一个 3 行 4 列的队形，这个队形中每个数字代表了每个同学的年龄。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8 10 18 9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15 12 10 6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17 3 12 15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这个队形中，年龄最大的同学在第 1 行第 3 列，年龄最小的同学在第 3 行第 2 列，将他们交换位置后输出结果为：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8 10 3 9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15 12 10 6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17 18 12 15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 ，分别代表队形的行和列的值（2 ≤ n,m ≤ 200）。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个整数，代表每个同学的年龄（每个同学的年龄的值在 1 ∼ 100 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 m 列，代表交换位置后的结果，每行的 m 个数之间用空格隔开。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8 10 18 9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15 12 10 6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17 3 12 15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8 10 3 9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15 12 10 6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17 18 12 15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