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1996: 每个小组的最大年龄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同学们在操场上排成了一个 n 行 m 列的队形，每行的同学属于一个小组，请问每个小组同学的最高年龄是几岁，请输出每个小组的最高年龄。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比如：如下是一个 3 行 4 列的队形，这个队形中每个数字代表了每个同学的年龄。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8 10 12 9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15 12 10 6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17 20 18 18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第一行的 4 个年龄中最高年龄是 12 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第二行的 4 个年龄中最高年龄是 15 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第三行的 4 个年龄中最高年龄是 20 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 ，分别代表队形的行和列的值（ 2 ≤ n,m ≤ 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个整数，代表每个同学的年龄（每个同学的年龄的值在 1 ∼ 100之间）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行，每行有一个整数，代表每个小组年龄的最大值。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8 10 12 9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15 12 10 6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17 20 18 18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