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1988: 加工零件（work）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noip复赛分层图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凯凯的工厂正在有条不紊地生产一种神奇的零件，神奇的零件的生产过程自然也很神奇。工厂里有 n 位工人，工人们从 1 ∼ n 编号。某些工人之间存在双向的零件传送带。保证每两名工人之间最多只存在一条传送带。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x 号工人想生产一个被加工到第 L (L &gt; 1) 阶段的零件，则所有与 x 号工人有传送带直接相连的工人，都需要生产一个被加工到第 L - 1 阶段的零件（但 x 号工人自己无需生产第 L - 1 阶段的零件）。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x 号工人想生产一个被加工到第 1 阶段的零件，则所有与 x 号工人有传送带直接相连的工人，都需要为 x 号工人提供一个原材料。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轩轩是 1 号工人。现在给出 q 张工单，第 i 张工单表示编号为 a_i 的工人想生产一个第 L_i 阶段的零件。轩轩想知道对于每张工单，他是否需要给别人提供原材料。他知道聪明的你一定可以帮他计算出来！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第一行三个正整数 n，m 和 q，分别表示工人的数目、传送带的数目和工单的数目。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行，每行两个正整数 u 和 v，表示编号为 u 和 v 的工人之间存在一条零件传输带。保证 u ≠ v。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q 行，每行两个正整数 a 和 L，表示编号为 a 的工人想生产一个第 L 阶段的零件。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q 行，每行一个字符串 Yes 或者 No。如果按照第 i 张工单生产，需要编号为 1 的轩轩提供原材料，则在第 i 行输出 Yes；否则在第 i 行输出 No。注意输出不含引号。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1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1 的工人想生产第 1 阶段的零件，需要编号为 2 的工人提供原材料。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2 的工人想生产第 1 阶段的零件，需要编号为 1 和 3 的工人提供原材料。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3 的工人想生产第 1 阶段的零件，需要编号为 2 的工人提供原材料。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1 的工人想生产第 2 阶段的零件，需要编号为 2 的工人生产第 1 阶段的零 件，需要编号为 1 和 3 的工人提供原材料。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2 的工人想生产第 2 阶段的零件，需要编号为 1 和 3 的工人生产第 1 阶段的零件，他/她们都需要编号为 2 的工人提供原材料。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3 的工人想生产第 2 阶段的零件，需要编号为 2 的工人生产第 1 阶段的零件，需要编号为 1 和 3 的工人提供原材料。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2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1 的工人想生产第 1 阶段的零件，需要编号为 2 和 5 的工人提供原材料。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1 的工人想生产第 2 阶段的零件，需要编号为 2 和 5 的工人生产第 1 阶段的零件，需要编号为 1,3,4 的工人提供原材料。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1 的工人想生产第 3 阶段的零件，需要编号为 2 和 5 的工人生产第 2 阶段的零件，需要编号为 1,3,4 的工人生产第 1 阶段的零件，需要编号为 2,3,4,5 的工人提供原材料。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1 的工人想生产第 4 阶段的零件，需要编号为 2 和 5 的工人生产第 3 阶段的零件，需要编号为 1,3,4 的工人生产第 2 阶段的零件，需要编号为 2,3,4,5 的工人生产第 1 阶段的零件，需要全部工人提供原材料。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1 的工人想生产第 5 阶段的零件，需要编号为 2 和 5 的工人生产第 4 阶段的零件，需要编号为 1,3,4 的工人生产第 3 阶段的零件，需要编号为 2,3,4,5 的工人生产第 2 阶段的零件，需要全部工人生产第 1 阶段的零件，需要全部工人提供原材料。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【数据规模与约定】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20 个测试点。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u, v, a ≤q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1~4，1 ≤q n, m ≤q 1000，q = 3，L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5~8，1 ≤q n, m ≤q 1000，q = 3，1 ≤q L ≤q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9~12，1 ≤q n, m, L ≤q 1000，1 ≤q q ≤q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13~16，1 ≤q n, m, L ≤q 1000，1 ≤q q ≤q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17~20，1 ≤q n, m, q ≤q 10^5，1 ≤q L ≤q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0665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hj7h33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66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437856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aff8a8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37856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