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1986: 找六位数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有一个六位数，第一位是 1 ，如果把它移到个位，其他位上的数字分别往前移动 1 位，新的六位数正好是原数的三倍，求符合条件的原数（注意：符合条件的数只有 1 个）。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