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1985: 数字之和是10数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 1 ∼ n 中，各个位数字之和为 10 的数有多少个？（ n &lt; 1000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比如：数字 19、28、37、136、253 都是符合条件的数。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n（n &lt; 1000）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输出一个整数，代表符合条件数的个数。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