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1982: 小明的幸运数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小明喜欢 6 和 8 ，但他和别的小朋友不一样，别的小朋友都喜欢以 6 或 8 结尾的数字，但小明却喜欢 6 或 8 的倍数，他把这样的数字称为 “幸运数”。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给出两个边界 m,n ，请你帮助小明计算 m 到 n 中（包括 m,n ），有多少个幸运数。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读入两个整数 m,n（3 ≤ m ≤ n ≤ 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输出只有一个数，表示幸运数的个数。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