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1981: 元音字母转大写辅音字母转小写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从键盘读入一句英文短句（仅含字母和空格，且字符串长度不超过 100 ），请将字符串中元音字母转为大写字母，辅音字母转为小写字母。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备注：英文中元音字母有 a、e、i、o、u 这 5 个，当然 A、E、I、O、U 也是元音字母。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输入一句长度不超过 100 个字符的仅含字母和空格的字符串。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输出转换后的字符串。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HELLO my student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hEllO my stUdEnt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