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1980: 捉虫子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虫子的英文是 bug，同时 bug 在程序中也表示程序的错误或者漏洞。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现输入一句英文短句（总长度不超过 100 个字符），短句中含有若干英文单词和空格，请问：单词 bug 出现了多少次？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比如输入：My programe has a bug and the bug is not founded and i am debug now ，其中 bug 这个单词出现 2 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要注意：单词 debug 不能算作我们要找的 bug ，本题要找的单词 bug 是不区分大小写的，也就是说，如果找到的是单词 Bug 或者 BUg 之类的，也算作我们要找的单词。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一句英文短句，总长度不超过 100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bug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My programe has a bug and the bug is not founded and i am debug now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