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1978: 有没有重复的字符？</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1978</w:t>
            </w:r>
          </w:p>
        </w:tc>
      </w:tr>
      <w:tr>
        <w:tc>
          <w:tcPr>
            <w:tcW w:type="dxa" w:w="4320"/>
          </w:tcPr>
          <w:p>
            <w:r>
              <w:t>标签</w:t>
            </w:r>
          </w:p>
        </w:tc>
        <w:tc>
          <w:tcPr>
            <w:tcW w:type="dxa" w:w="4320"/>
          </w:tcPr>
          <w:p>
            <w:r>
              <w:t>字符串</w:t>
            </w:r>
          </w:p>
        </w:tc>
      </w:tr>
      <w:tr>
        <w:tc>
          <w:tcPr>
            <w:tcW w:type="dxa" w:w="4320"/>
          </w:tcPr>
          <w:p>
            <w:r>
              <w:t>难度</w:t>
            </w:r>
          </w:p>
        </w:tc>
        <w:tc>
          <w:tcPr>
            <w:tcW w:type="dxa" w:w="4320"/>
          </w:tcPr>
          <w:p>
            <w:r>
              <w:t>入门</w:t>
            </w:r>
          </w:p>
        </w:tc>
      </w:tr>
      <w:tr>
        <w:tc>
          <w:tcPr>
            <w:tcW w:type="dxa" w:w="4320"/>
          </w:tcPr>
          <w:p>
            <w:r>
              <w:t>正确</w:t>
            </w:r>
          </w:p>
        </w:tc>
        <w:tc>
          <w:tcPr>
            <w:tcW w:type="dxa" w:w="4320"/>
          </w:tcPr>
          <w:p>
            <w:r>
              <w:t>468</w:t>
            </w:r>
          </w:p>
        </w:tc>
      </w:tr>
      <w:tr>
        <w:tc>
          <w:tcPr>
            <w:tcW w:type="dxa" w:w="4320"/>
          </w:tcPr>
          <w:p>
            <w:r>
              <w:t>来源</w:t>
            </w:r>
          </w:p>
        </w:tc>
        <w:tc>
          <w:tcPr>
            <w:tcW w:type="dxa" w:w="4320"/>
          </w:tcPr>
          <w:p>
            <w:r>
              <w:t>字符串</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请从键盘读入一个英文字符串（仅含小写字母，最多是长度为100的字符串），请问这个英文字符串中是否含有重复的字符？</w:t>
      </w:r>
    </w:p>
    <w:p>
      <w:pPr>
        <w:spacing w:before="40" w:after="40"/>
        <w:ind w:left="720"/>
      </w:pPr>
      <w:r>
        <w:rPr>
          <w:rFonts w:ascii="Consolas" w:hAnsi="Consolas"/>
          <w:sz w:val="18"/>
        </w:rPr>
        <w:t>如果有重复的字符请输出单词中第一个出现的重复的字符是哪个字符；如果不存在重复的字符，请输出字符串的长度。</w:t>
      </w:r>
    </w:p>
    <w:p>
      <w:pPr>
        <w:spacing w:before="40" w:after="40"/>
        <w:ind w:left="720"/>
      </w:pPr>
      <w:r>
        <w:rPr>
          <w:rFonts w:ascii="Consolas" w:hAnsi="Consolas"/>
          <w:sz w:val="18"/>
        </w:rPr>
        <w:t>比如：单词"james"就是不含重复字符的单词，此时输出 5；</w:t>
      </w:r>
    </w:p>
    <w:p>
      <w:pPr>
        <w:spacing w:before="40" w:after="40"/>
        <w:ind w:left="720"/>
      </w:pPr>
      <w:r>
        <w:rPr>
          <w:rFonts w:ascii="Consolas" w:hAnsi="Consolas"/>
          <w:sz w:val="18"/>
        </w:rPr>
        <w:t>再比如：单词"hibirdboy"含有重复的字符，其中第一个出现的重复字符是字符'i'，而字符串"abba"中第一个出现的重复字符就是字符'a'。</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输入一个长度不超过 100 的仅含小写字母的英文字符串。</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按题意输出第一个出现的重复的字符，或者输出字符串的长度。</w:t>
      </w:r>
    </w:p>
    <w:p>
      <w:pPr>
        <w:spacing w:before="40" w:after="40"/>
        <w:ind w:left="864"/>
      </w:pPr>
      <w:r>
        <w:rPr>
          <w:rFonts w:ascii="Consolas" w:hAnsi="Consolas"/>
          <w:sz w:val="18"/>
        </w:rPr>
        <w:t xml:space="preserve"> </w:t>
      </w:r>
    </w:p>
    <w:p>
      <w:pPr>
        <w:pStyle w:val="Heading1"/>
      </w:pPr>
      <w:r>
        <w:t>样例输入</w:t>
      </w:r>
    </w:p>
    <w:p>
      <w:pPr>
        <w:spacing w:before="120" w:after="120"/>
      </w:pPr>
      <w:r>
        <w:t>hibirdboy</w:t>
      </w:r>
    </w:p>
    <w:p>
      <w:pPr>
        <w:pStyle w:val="Heading1"/>
      </w:pPr>
      <w:r>
        <w:t>样例输出</w:t>
      </w:r>
    </w:p>
    <w:p>
      <w:pPr>
        <w:spacing w:before="120" w:after="120"/>
      </w:pPr>
      <w:r>
        <w:t>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