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1972: 素数字母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请问在 26 个英文字母（包括大写和小写字母）中，有哪些字母的ascii码是素数，请按照ascii码从小到大的顺序输出这些字母的ascii码及这些字母。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比如：符合条件的前三个字母是。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67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71 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73 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按照ascii码从小到大输出所有满足条件的字母的ascii码和这些字母，每行先输出字母的ascii码，空一格再输出该字母。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