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1971: 大小写转换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从键盘读入一个字母，可能是大写字母也可能是小写字母。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请判断一下如果是大写字母，输出其对应的小写字母，如果是小写字母，输出其对应的大写字母。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比如：'a' 对应的大写字母是 'A'，'M' 对应的小写字母是 'm'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如果输入是大写字母，输出对应的小写字母；如果输入是小写字母，输出对应的大写字母。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