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1970: 判断是什么字符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1970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11378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从键盘读入一个字符，有可能是大写字母、小写字母、数字中的一种，请编程判断，该字符具体是什么字符，如果是大写字母请输出 upper，如果是小写字母请输出 lower，如果是数字请输出 digit。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按题意输出是哪种字符。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upper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