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1969: 求下一个字母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从键盘读入一个字母，可能是大写字母，也可能是小写字母，请输出该字母的后一个字母是什么？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如果到了字母表的最后一个字母，那么输出第一个对应的字母。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比如：'a' 的下一个字母是 'b'，'X' 的下一个字母是 'Y'，'z' 的下一个字母按照题意应该输出 'a'。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输入一个字母，可能是大写，也可能是小写字母。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输出该字母的后一个字母，如果是 'z' 请输出 'a'，如果是 'Z' 请输出 'A'。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