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1965: 奖学金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学期末学校根据同学们的学习成绩发放奖学金，奖学金的具体金额是这样的：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一等奖学金，共 2 名同学： 500 元/人；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二等奖学金，共 4 名同学： 300 元/人；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三等奖学金，共 4 名同学： 100 元/人；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已知班级 n 位同学的成绩（10 ≤ n ≤ 100，输入数据保证 n 位同学的成绩不相等），请按照成绩由高到低，计算出每个成绩应获得的奖学金（没有奖学金的成绩，请输出0）。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 （10 ≤ n ≤ 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个整数（互不相等）。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从大到小输出每位同学的奖学金，每行有 2 个数，每行的第 1 个数代表同学的成绩，第 2 个数代表同学的奖学金。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100 98 90 91 89 78 81 88 82 80 85 93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100 500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98 500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93 300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89 300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88 100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85 100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82 100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81 100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78 0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