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1962: 数值计算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8388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给出一个不多于 5 位的非负整数 （非 0 结尾），要求: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1、 求出它是几位数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2、 分别输出每一位数字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3、 按逆序输出各位数字，例如原数为 321 ,应输出 123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一个不大于 5 位的正整数。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三行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 5 位数。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2 行 用空格分开的每个数字。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3 行 按逆序输出这个数。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12345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54321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