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1960: 数字之和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1960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1727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对于任意输入的整数，计算其各个数位上的数字之和。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n。【注意： n ≤ 999999 】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的各个位上的数字之和。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1234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