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1958: 简单的计算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一次数学小测试，请你设计一个程序完成下列问题（从键盘上输入三个数：L 、R 和 V）：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） Q 操作：计算出 L 和 R 的乘积；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） C 操作：将 L 加上 R 然后再 乘以 V 的结果输出。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一行包括三个正实数，依次表示 L，R 和 V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两行，第一行为 Q 操作。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第二行为 C 操作。按照样例的要求输出。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3 4 5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Q:12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C:35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特别说明：输入输出数据应使用 double 类型。输入的三个正数均不超过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