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1957: 求三个数的平均数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28831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小雅刚刚考完语文、数学、英语的三门期中考试，她想请你编个程序来帮她算算她的平均分。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要求输入三个正整数，分别表示三科考试的分数，输出它们的平均值。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一行，包括三个正整数，两两之间用一个空格分隔。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一个数，表示输入的三个数的平均值。（注意：结果请保留 3 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75 88 99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87.333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特别说明：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输入的三个正整数均不超过 150，输出的数应该使用 double 类型的。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