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1950: 蓝桥杯赛迷宫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把一个 n 行 m 列的字符阵列看做一个迷宫，迷宫仅包含 L、Q、B、S 中的大写字母（蓝桥杯赛的汉语拼音首字母）。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初始时，你可以从任意一个 L 字母开始，移向相邻的 Q 字母，然后从此 Q 字母出发，移向相邻的 B 字母，然后从此 B 字母出发，移向相邻的 S 字母……。这样，你就算是走过了一个 LQBS 字符序列。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接下来，仍然可以从此 S 字母出发，移向相邻的 L 字母……，重复上述的动作，你就可以不断地走过 LQBS 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请注意，所谓相邻仅包含上、下、左、右 4 个方向，且只能从 L-&gt;Q，从 Q-&gt;B，从 B-&gt;S，从 S-&gt;L。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可以想像，由于选择的出发点不同，我们有可能在迷宫中走过无数次的 LQBS ，或者是有限次的 LQBS ，或者一次也走不了。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编程实现：请你编写程序，求出在给定的迷宫中，我们最多可以走过多少次 LQBS?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第一行：正整数 n,m，表示迷宫的规模为 n 行 m 列，0 &lt; m &lt; 100，0 &lt; n &lt;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行：每行 m 个符合题意的字母，字母间无空格。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即：如果在迷宫中可以无限次的走过 LQBS，输出 -1，否则，输出可以走过 LQBS 的最多次数。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