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1947: 高精度减法4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高精度算法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做减法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输入：两个整数a,b（a,b均为长度不超过300位的整数，注意输入的整数可能是负数）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输出：一个整数，表示两数的差(从个位开始，每隔三位加一个" ," 号)。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7777777 -29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7,777,806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注意负数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