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1946: 高精度减法3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处理两个高精度数的减法。(1000位内)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两行，每行一个整数。（可能为负数，负号用“-”表示）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一个整数，即两个数相减的结果。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2345678901234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123456789012345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-121111110111111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注意：输入的数可能是负数！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