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1942: 回文质数 Prime Palindromes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USACO筛素数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筛素数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 151 既是一个质数又是一个回文数（从左到右和从右到左是看一样的），所以 151 是回文质数。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写一个程序来找出范围 [a,b](5 ≤ a &lt; b ≤ 100,000,000)(一亿)间的所有回文质数。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行: 二个整数 a 和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输出一个回文质数的列表，一行一个。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5 500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353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373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383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USACO Training Section 1.5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