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1939: 双重回文数 Dual Palindromes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如果一个数从左往右读和从右往左读都是一样，那么这个数就叫做“回文数”。例如，12321 就是一个回文数，而 77778 就不是。当然，回文数的首和尾都应是非零的，因此 0220 就不是回文数。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事实上，有一些数（如 21 ），在十进制时不是回文数，但在其它进制（如二进制时为 10101 ）时就是回文数。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给定两个十进制数 n,s，然后找出前 n 个满足大于 s 且在不少于两种进制（二进制至十进制）上是回文数的十进制数。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本问题的解决方案不需要使用大于 32 位的整型数。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只有一行，用空格隔开的两个正整数 n,s。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行, 每行一个满足上述要求的数，并按从小到大的顺序输出。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3 25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的数据，1≤n≤15，1≤s≤9999。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USACO Training Section 1.2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