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1933: 比赛组队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 背包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有一场数学团体赛，学校要从 n 个人中选出 m个人组队参赛，这 m 个人中有 k 对人本身在校内就是一个团队的，因此在一个团队的同学要么都选，要么都不选。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请你编程选出尽可能和 m 接近的人数。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第一行，三个正整数 n,m,k。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至第 k 行,每行 2个数，表示在校内就在一个团队的 2 个人的编号（编号为 1,2, ⋯ ,n）。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1≤n,m≤2 × 10^4。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一行，与原来的 m 尽可能接近的选出的人数。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如果有两种方案与 m 的差的绝对值相等，选较小的一种。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