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1932: 舞伴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小明在A公司工作，小红在B公司工作。这两个公司的员工有一个特点：一个公司的员工都是同性。A公司有 N 名员工，编号为 1 ∼ N ，其中有 P 对朋友关系。B公司有 M 名员工，编号为 -1 ∼ -M，其中有 Q 对朋友关系。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朋友的朋友一定还是朋友。每对朋友关系用两个整数 (X_i,Y_i) 组成，表示朋友的编号分别为 X_i,Y_i。男人的编号是正数，女人的编号是负数。小明的编号是 1 ，小红的编号是 -1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大家都知道，小明和小红是朋友。现举办一场舞会，每个人要找一个异性作为自己的舞伴，那么，请你写一个程序求出两公司之间，通过小明和小红认识的人最多一共能组成多少对舞伴。（包括他们自己）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行，4 个空格隔开的正整数 N,M,P,Q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P 行，每行两个正整数 X_i,Y_i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Q 行，每行两个负整数 X_i,Y_i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N,M ≤ 10000, P,Q ≤ 20000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一行，一个正整数，表示通过小明和小红认识的人最多一共能组成多少对舞伴。（包括他们自己）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-3 -3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