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1930: 关押罪犯</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1930</w:t>
            </w:r>
          </w:p>
        </w:tc>
      </w:tr>
      <w:tr>
        <w:tc>
          <w:tcPr>
            <w:tcW w:type="dxa" w:w="4320"/>
          </w:tcPr>
          <w:p>
            <w:r>
              <w:t>标签</w:t>
            </w:r>
          </w:p>
        </w:tc>
        <w:tc>
          <w:tcPr>
            <w:tcW w:type="dxa" w:w="4320"/>
          </w:tcPr>
          <w:p>
            <w:r>
              <w:t>noip提高组复赛并查集</w:t>
            </w:r>
          </w:p>
        </w:tc>
      </w:tr>
      <w:tr>
        <w:tc>
          <w:tcPr>
            <w:tcW w:type="dxa" w:w="4320"/>
          </w:tcPr>
          <w:p>
            <w:r>
              <w:t>难度</w:t>
            </w:r>
          </w:p>
        </w:tc>
        <w:tc>
          <w:tcPr>
            <w:tcW w:type="dxa" w:w="4320"/>
          </w:tcPr>
          <w:p>
            <w:r>
              <w:t>提高</w:t>
            </w:r>
          </w:p>
        </w:tc>
      </w:tr>
      <w:tr>
        <w:tc>
          <w:tcPr>
            <w:tcW w:type="dxa" w:w="4320"/>
          </w:tcPr>
          <w:p>
            <w:r>
              <w:t>正确</w:t>
            </w:r>
          </w:p>
        </w:tc>
        <w:tc>
          <w:tcPr>
            <w:tcW w:type="dxa" w:w="4320"/>
          </w:tcPr>
          <w:p>
            <w:r>
              <w:t>2118</w:t>
            </w:r>
          </w:p>
        </w:tc>
      </w:tr>
      <w:tr>
        <w:tc>
          <w:tcPr>
            <w:tcW w:type="dxa" w:w="4320"/>
          </w:tcPr>
          <w:p>
            <w:r>
              <w:t>来源</w:t>
            </w:r>
          </w:p>
        </w:tc>
        <w:tc>
          <w:tcPr>
            <w:tcW w:type="dxa" w:w="4320"/>
          </w:tcPr>
          <w:p>
            <w:r>
              <w:t>noip提高组复赛 并查集</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S 城现有两座监狱，一共关押着 N 名罪犯，编号分别为 1-N。他们之间的关系自然也极不和谐。很多罪犯之间甚至积怨已久，如果客观条件具备则随时可能爆发冲突。我们用“怨气值”（一个正整数值）来表示某两名罪犯之间的仇恨程度，怨气值越大，则这两名罪犯之间的积怨越多。如果两名怨气值为 c 的罪犯被关押在同一监狱，他们俩之间会发生摩擦，并造成影响力为 c 的冲突事件。</w:t>
      </w:r>
    </w:p>
    <w:p>
      <w:pPr>
        <w:spacing w:before="40" w:after="40"/>
        <w:ind w:left="720"/>
      </w:pPr>
      <w:r>
        <w:rPr>
          <w:rFonts w:ascii="Consolas" w:hAnsi="Consolas"/>
          <w:sz w:val="18"/>
        </w:rPr>
        <w:t>每年年末，警察局会将本年内监狱中的所有冲突事件按影响力从大到小排成一个列表，然后上报到 S 城 Z 市长那里。公务繁忙的 Z 市长只会去看列表中的第一个事件的影响力，如果影响很坏，他就会考虑撤换警察局长。</w:t>
      </w:r>
    </w:p>
    <w:p>
      <w:pPr>
        <w:spacing w:before="40" w:after="40"/>
        <w:ind w:left="720"/>
      </w:pPr>
      <w:r>
        <w:rPr>
          <w:rFonts w:ascii="Consolas" w:hAnsi="Consolas"/>
          <w:sz w:val="18"/>
        </w:rPr>
        <w:t>在详细考察了N 名罪犯间的矛盾关系后，警察局长觉得压力巨大。他准备将罪犯们在两座监狱内重新分配，以求产生的冲突事件影响力都较小，从而保住自己的乌纱帽。假设只要处于同一监狱内的某两个罪犯间有仇恨，那么他们一定会在每年的某个时候发生摩擦。</w:t>
      </w:r>
    </w:p>
    <w:p>
      <w:pPr>
        <w:spacing w:before="40" w:after="40"/>
        <w:ind w:left="720"/>
      </w:pPr>
      <w:r>
        <w:rPr>
          <w:rFonts w:ascii="Consolas" w:hAnsi="Consolas"/>
          <w:sz w:val="18"/>
        </w:rPr>
        <w:t>那么，应如何分配罪犯，才能使 Z 市长看到的那个冲突事件的影响力最小？这个最小值是多少？</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每行中两个数之间用一个空格隔开。</w:t>
      </w:r>
    </w:p>
    <w:p>
      <w:pPr>
        <w:spacing w:before="40" w:after="40"/>
        <w:ind w:left="720"/>
      </w:pPr>
      <w:r>
        <w:rPr>
          <w:rFonts w:ascii="Consolas" w:hAnsi="Consolas"/>
          <w:sz w:val="18"/>
        </w:rPr>
        <w:t>第一行为两个正整数 N,M，分别表示罪犯的数目以及存在仇恨的罪犯对数。</w:t>
      </w:r>
    </w:p>
    <w:p>
      <w:pPr>
        <w:spacing w:before="40" w:after="40"/>
        <w:ind w:left="720"/>
      </w:pPr>
      <w:r>
        <w:rPr>
          <w:rFonts w:ascii="Consolas" w:hAnsi="Consolas"/>
          <w:sz w:val="18"/>
        </w:rPr>
        <w:t>接下来的 M 行每行为三个正整数 a_j,b_j,c_j，表示 a_j 号和 b_j 号罪犯之间存在仇恨，其怨气值为 c_j。</w:t>
      </w:r>
    </w:p>
    <w:p>
      <w:pPr>
        <w:spacing w:before="40" w:after="40"/>
        <w:ind w:left="720"/>
      </w:pPr>
      <w:r>
        <w:rPr>
          <w:rFonts w:ascii="Consolas" w:hAnsi="Consolas"/>
          <w:sz w:val="18"/>
        </w:rPr>
        <w:t>数据保证 1 &lt; a_j ≤q b_j ≤q N, 0 &lt; c_j ≤q 10^9，且每对罪犯组合只出现一次。</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共 1 行，为 Z 市长看到的那个冲突事件的影响力。如果本年内监狱中未发生任何冲突事件，请输出 0。</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4 6</w:t>
      </w:r>
    </w:p>
    <w:p>
      <w:pPr>
        <w:spacing w:before="40" w:after="40"/>
        <w:ind w:left="720"/>
      </w:pPr>
      <w:r>
        <w:rPr>
          <w:rFonts w:ascii="Consolas" w:hAnsi="Consolas"/>
          <w:sz w:val="18"/>
        </w:rPr>
        <w:t>1 4 2534</w:t>
      </w:r>
    </w:p>
    <w:p>
      <w:pPr>
        <w:spacing w:before="40" w:after="40"/>
        <w:ind w:left="720"/>
      </w:pPr>
      <w:r>
        <w:rPr>
          <w:rFonts w:ascii="Consolas" w:hAnsi="Consolas"/>
          <w:sz w:val="18"/>
        </w:rPr>
        <w:t>2 3 3512</w:t>
      </w:r>
    </w:p>
    <w:p>
      <w:pPr>
        <w:spacing w:before="40" w:after="40"/>
        <w:ind w:left="720"/>
      </w:pPr>
      <w:r>
        <w:rPr>
          <w:rFonts w:ascii="Consolas" w:hAnsi="Consolas"/>
          <w:sz w:val="18"/>
        </w:rPr>
        <w:t>1 2 28351</w:t>
      </w:r>
    </w:p>
    <w:p>
      <w:pPr>
        <w:spacing w:before="40" w:after="40"/>
        <w:ind w:left="720"/>
      </w:pPr>
      <w:r>
        <w:rPr>
          <w:rFonts w:ascii="Consolas" w:hAnsi="Consolas"/>
          <w:sz w:val="18"/>
        </w:rPr>
        <w:t>1 3 6618</w:t>
      </w:r>
    </w:p>
    <w:p>
      <w:pPr>
        <w:spacing w:before="40" w:after="40"/>
        <w:ind w:left="720"/>
      </w:pPr>
      <w:r>
        <w:rPr>
          <w:rFonts w:ascii="Consolas" w:hAnsi="Consolas"/>
          <w:sz w:val="18"/>
        </w:rPr>
        <w:t>2 4 1805</w:t>
      </w:r>
    </w:p>
    <w:p>
      <w:pPr>
        <w:spacing w:before="40" w:after="40"/>
        <w:ind w:left="720"/>
      </w:pPr>
      <w:r>
        <w:rPr>
          <w:rFonts w:ascii="Consolas" w:hAnsi="Consolas"/>
          <w:sz w:val="18"/>
        </w:rPr>
        <w:t>3 4 12884</w:t>
      </w:r>
    </w:p>
    <w:p>
      <w:pPr>
        <w:pStyle w:val="Heading1"/>
      </w:pPr>
      <w:r>
        <w:t>样例输出</w:t>
      </w:r>
    </w:p>
    <w:p>
      <w:pPr>
        <w:spacing w:before="120" w:after="120"/>
      </w:pPr>
      <w:r>
        <w:t>3512</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【输入输出样例说明】</w:t>
      </w:r>
    </w:p>
    <w:p>
      <w:pPr>
        <w:spacing w:before="40" w:after="40"/>
        <w:ind w:left="720"/>
      </w:pPr>
      <w:r>
        <w:rPr>
          <w:rFonts w:ascii="Consolas" w:hAnsi="Consolas"/>
          <w:sz w:val="18"/>
        </w:rPr>
        <w:t>罪犯之间的怨气值如下面左图所示，右图所示为罪犯的分配方法，市长看到的冲突事件影响力是 3512（由 2 号和 3 号罪犯引发）。其他任何分法都不会比这个分法更优。</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 30%的数据有 N≤q 15。</w:t>
      </w:r>
    </w:p>
    <w:p>
      <w:pPr>
        <w:spacing w:before="40" w:after="40"/>
        <w:ind w:left="720"/>
      </w:pPr>
      <w:r>
        <w:rPr>
          <w:rFonts w:ascii="Consolas" w:hAnsi="Consolas"/>
          <w:sz w:val="18"/>
        </w:rPr>
        <w:t xml:space="preserve">对于 70% 的数据有 N≤q 2000,M≤q 50000。  </w:t>
      </w:r>
    </w:p>
    <w:p>
      <w:pPr>
        <w:spacing w:before="40" w:after="40"/>
        <w:ind w:left="720"/>
      </w:pPr>
      <w:r>
        <w:rPr>
          <w:rFonts w:ascii="Consolas" w:hAnsi="Consolas"/>
          <w:sz w:val="18"/>
        </w:rPr>
        <w:t>对于 100% 的数据有 N≤q 20000,M≤q 100000。</w:t>
      </w:r>
    </w:p>
    <w:p>
      <w:pPr>
        <w:spacing w:before="40" w:after="40"/>
        <w:ind w:left="720"/>
      </w:pPr>
      <w:r>
        <w:rPr>
          <w:rFonts w:ascii="Consolas" w:hAnsi="Consolas"/>
          <w:sz w:val="18"/>
        </w:rPr>
      </w:r>
    </w:p>
    <w:p>
      <w:pPr>
        <w:spacing w:before="40" w:after="40"/>
        <w:ind w:left="720"/>
      </w:pPr>
      <w:r>
        <w:rPr>
          <w:rFonts w:ascii="Consolas" w:hAnsi="Consolas"/>
          <w:sz w:val="18"/>
        </w:rPr>
      </w:r>
    </w:p>
    <w:p>
      <w:r>
        <w:t>图片 1:</w:t>
      </w:r>
    </w:p>
    <w:p>
      <w:r>
        <w:drawing>
          <wp:inline xmlns:a="http://schemas.openxmlformats.org/drawingml/2006/main" xmlns:pic="http://schemas.openxmlformats.org/drawingml/2006/picture">
            <wp:extent cx="4572000" cy="1700784"/>
            <wp:docPr id="1" name="Picture 1"/>
            <wp:cNvGraphicFramePr>
              <a:graphicFrameLocks noChangeAspect="1"/>
            </wp:cNvGraphicFramePr>
            <a:graphic>
              <a:graphicData uri="http://schemas.openxmlformats.org/drawingml/2006/picture">
                <pic:pic>
                  <pic:nvPicPr>
                    <pic:cNvPr id="0" name="tmpdweointj.jpg"/>
                    <pic:cNvPicPr/>
                  </pic:nvPicPr>
                  <pic:blipFill>
                    <a:blip r:embed="rId9"/>
                    <a:stretch>
                      <a:fillRect/>
                    </a:stretch>
                  </pic:blipFill>
                  <pic:spPr>
                    <a:xfrm>
                      <a:off x="0" y="0"/>
                      <a:ext cx="4572000" cy="1700784"/>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