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1926: 立方体积木Cube Stacking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USACO带权并查集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带权并查集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约翰和贝茜在玩一个方块游戏。编号为  1 … n 的n( 1 ≤ n ≤ 30000 )个方块正放在地上，每个构成一个立方柱。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游戏开始后，约翰会给贝茜发出 P(1 ≤ P ≤ 100000 )个指令。指令有两种：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移动（M）：将包含 X 的立方柱移动到包含 Y 的立方柱上。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统计（C）：统计含 X 的立方柱中，在 X 下方的方块数目。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写个程序帮贝茜完成游戏。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 1  行输入  P ，之后  P  行每行输入一条指令，形式为 M X Y 或者 C X。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输入保证不会有将立方柱放在自己头上的指令。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 P  行，对于每个统计指令，输出其结果。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 1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 2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