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1923: 躲避拥堵的最佳路线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二分答案并查集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二分答案 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小明所在的城镇有 m 条路连接了 n 个区（ n 个区的编号在 1 ∼ n 的范围内），每条大道将两个区相连接，每条大道有一个拥挤度。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小明想要开车从 s 区去 t 区，请你帮他规划一条路线，使得经过道路的拥挤度的最大值最小。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第一行有四个用空格隔开的 n,m,s,t ，其含义见题目描述。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行，每行三个整数 u,v,w ，表示有一条大道连接区 u 和区 v ，且拥挤度为 w ，道路为双向道路，两个方向都可以走。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两个区之间可能存在多条大道。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的数据，保证 n ≤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的数据，保证 n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的数据，保证 1 ≤ n ≤ 10^4，1 ≤ m ≤ 2 × 10^4, w ≤ 10^4,1 ≤ s,t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且从 s 出发一定能到达 t 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输出一行一个整数，代表最大的拥挤度。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