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1921: 是不是亲戚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1921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并查集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4307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并查集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若某个家族人员过于庞大，要判断两个是否是亲戚，确实还很不容易，现在给出某个亲戚关系图，求任意给出的两个人是否具有亲戚关系。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规定：x 和 y 是亲戚，y 和 z 是亲戚，那么 x 和 z 也是亲戚。如果 x,y 是亲戚，那么 x 的亲戚都是 y 的亲戚，y 的亲戚也都是 x 的亲戚。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第一行：三个整数 n,m,p，（n ≤ 5000,m ≤ 5000,p ≤ 5000 ），分别表示有 n 个人，m 个亲戚关系，询问 p 对亲戚关系。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以下 m 行：每行两个数 M_i,M_j，1 ≤ M_i,M_j ≤ N，表示 M_i 和 M_j 具有亲戚关系。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p 行：每行两个数 P_i,P_j，询问 P_i 和 P_j 是否具有亲戚关系。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P行，每行一个 Yes 或 No。表示第 i 个询问的答案为“具有”或“不具有”亲戚关系。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6 5 3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5 6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Yes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Yes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