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1918: 相似的奶牛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农夫约翰有 N (2 &lt;= N &lt;= 50) 头不同的奶牛，编号为1..N，他想知道哪一对奶牛看起来彼此最为相像。他为每一头奶牛照了5×7大小的照片，而且想让您为他想让您编写一个程序进行比较。 这些5×7的照片显示了牛的黑白斑点，下面是两头不同的牛的照片（“X”代表黑的部分，“.”代表白的部分）：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奶牛1 奶牛2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..X.... ...X...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.XXX... ..XX...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.XX.... .XX....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.....X. .XX..X.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.X...X. .X...X.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比较两头奶牛，要检查每一个方格，如果两头牛的某个方格对应相同，那么记一个“相同点”。上面的两头牛有30个相同点，因为它们只有5个方格不同。（下图“#”处所示）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++##+++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+#+++++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+++++++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+##++++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+++++++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给出一组奶牛，找出最相似的一对并以升序输出它们的编号，保证拥有最多相同点的奶牛只有一对。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第1行：N，奶牛的数量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第2行到第N*5+1行：牛的照片，奶牛i出现在第i*5+1行到第i*5+5行，请参照样例。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第一行：拥有最多相同点的一对牛，两头牛的编号按升序输出。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..X....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.XXX...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.XX....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.....X.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.X...X.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...X...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..XX...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.XX....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.XX..X.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.X...X.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XX.....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X......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XX...XX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XXXX.XX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XXX..XX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样例输入解析： 两头刚才提到的牛，附加一头额外的。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样例输出解析： 第三头牛与第一头牛有16个相同点，与第二头牛有19个相同点，都比前两头 牛之间的30个相同点少。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