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1914: 小H回家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小H在一个划分成了n*m个方格的长方形封锁线上。 每次他能向上下左右四个方向移动一格（当然小H不可以静止不动）， 但不能离开封锁线，否则就被打死了。 刚开始时他有满血6点，每移动一格他要消耗1点血量。一旦小H的 血量降到 0， 他将死去。 他可以沿路通过拾取金币来补满血量。只要他走到有金币的格子，他不需要任何时间即可拾取。格子上的金币可以瞬间补满，所以每次经过这个格子都有金币。就算到了某个有金币的格子才死去， 他也不能通过拾取金币补满血。 即使在家门口死去， 他也不能算完成任务回到家中。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地图上有 5 种格子：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0： 障碍物。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1： 空地， 小H可以自由行走。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2： 小H出发点， 也是一片空地。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3： 小H的家。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4： 有金币在上面的空地。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小H能否安全回家？如果能， 最短需要多长时间呢？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第一行两个整数n,m， 表示地图的大小为n*m。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n 行， 每行 m 个数字来描述地图。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(1&lt;=n,m&lt;=9)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 若小H不能回家， 输出-1,否则输出他回家所需最短时间。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