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1911: 背包问题求方案数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1911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背包问题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673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背包问题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件物品和一个容量是 V 的背包。每件物品只能使用一次。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i 件物品的体积是 v_i，价值是 w_i。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求解将哪些物品装入背包，可使这些物品的总体积不超过背包容量，且总价值最大。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最优选法的方案数。注意答案可能很大，请输出答案模  10^9+7 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第一行两个整数，N,V，用空格隔开，分别表示物品数量和背包容积。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接下来有 N 行，每行两个整数 v_i,w_i，用空格隔开，分别表示第 i 件物品的体积和价值。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&lt; N,V ≤ 1000，0 &lt; vi,wi ≤ 1000。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 方案数模 10^9+7 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