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1909: 跳石头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noip提高组复赛二分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noip提高组复赛 二分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一年一度的“跳石头”比赛又要开始了!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这项比赛将在一条笔直的河道中进行，河道中分布着一些巨大岩石。组委会已经选择好了两块岩石作为比赛起点和终点。在起点和终点之间，有 N 块岩石（不含起点和终点的岩石）。在比赛过程中，选手们将从起点出发，每一步跳向相邻的岩石，直至到达终点。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为了提高比赛难度，组委会计划移走一些岩石，使得选手们在比赛过程中的最短跳跃距离尽可能长。由于预算限制，组委会至多从起点和终点之间移走 M 块岩石（不能移走起点和终点的岩石）。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第一行包含三个整数 L,N,M ，分别表示起点到终点的距离，起点和终点之间的岩石数，以及组委会至多移走的岩石数。保证L≥1 且 N≥M≥0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行，每行一个整数，第 i 行的整数 Di( 0 &lt; Di &lt; L)， 表示第 i 块岩石与起点的距离。这些岩石按与起点距离从小到大的顺序给出，且不会有两个岩石出现在同一个位置。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一个整数，即最短跳跃距离的最大值。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25 5 2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输入输出样例1说明：将与起点距离为 2 和 14 的两个岩石移走后,最短的跳跃距离为 4 (从与起点距离 17 的岩石跳到距离 21 的岩石,或者从距离 21 的岩石跳到终点)。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另：对于20% 的数据, 0≤M≤N≤10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对于 50% 的数据,0≤M≤N≤100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对于 100% 的数据, 0≤M≤N≤50,000,1≤L≤1,000,000,000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【来源】NOIP2015提高组复赛day2。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