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1908: 伐木工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伐木工人米尔科需要砍倒 M 米长的木材。这是一个对米尔科来说很容易的工作，因为他有一个漂亮的新伐木机，可以像野火一样砍倒森林。不过，米尔科只被允许砍倒单行树木。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米尔科的伐木机工作过程如下：米尔科设置一个高度参数 H（米），伐木机升起一个巨大的锯片到高度 H，并锯掉所有的树比 H 高的部分（当然，树木不高于 H 米的部分保持不变）。米尔科就得到树木被锯下的部分。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例如，如果一行树的高度分别为 20，15，10 和 17 ，米尔科把锯片升到 15 米的高度，切割后树木剩下的高度将是 15，15，10 和 15，而米尔科将从第 1 棵树得到 5 米，从第 4 棵树得到 2 米，共得到 7 米木材。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米尔科非常关注生态保护，所以他不会砍掉过多的木材。这正是他为什么尽可能高地设定伐木机锯片的原因。帮助米尔科找到伐木机锯片的最大的整数高度 H ，使得他能得到木材至少为 M 米。换句话说，如果再升高 1米，则他将得不到 M 米木材。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行：2 个整数 N 和 M，N 表示树木的数量（1 ≤ N ≤ 10^6），M 表示需要的木材总长度（1 ≤ M ≤ 2 × 10^9）。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行：N 个整数表示每棵树的高度，值均不超过 10^9。所有木材长度之和大于 M ，因此必有解。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个整数，表示砍树的最高高度。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4 42 40 26 46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