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1898: 同时出现的数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Medusa 同学拿到了 2 组数字，老师请你编程帮他找出，第 2 组数中的哪些数，在第 1 组数中出现了，从小到大输出所有满足条件的数。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组数有：8 7 9 8 2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组数有：9 6 8 3 3 2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那么应该输出：2 3 3 6 8 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 和 m ，分别代表 2 组数的数量。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m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 1 ≤ n,m ≤ 1000，每个数 ≤ 2×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 1 ≤ n, m ≤ 100000 ，每个数  ≤ 2× 10^9。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按照要求输出满足条件的数，数与数之间用空格隔开。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8 7 9 8 2 6 3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9 6 8 3 3 2 10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2 3 3 6 8 9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