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1892: 砝码称重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noip复赛背包问题动态规划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背包问题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 1g、2g、3g、5g、10g、20g 的砝码各若干枚（其总重  ≤ 1000），求这些砝码能称出的不同重量的个数。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a_1,a_2,a_3,a_4,a_5,a_6 ，分别表示 1g 砝码有a_1 个，2g 砝码有 a_2 个，⋯ 20_g 砝码有 a_6 个，0≤每种砝码数量≤200)。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 (N 表示用这些砝码能称出的不同重量的个数，但不包括一个砝码也不用的情况)。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1 1 0 0 0 0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