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1890: 小明买书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动态规划背包问题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1888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 背包问题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新的学习开始了，小明来到书店采购辅导书。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小明有 M 元，书店有 N 种不同的书，第 i 种书卖 A_i 元，假设小明每种书最多只能买 1 本，且要花完 M 元，请问小明有多少种不同的买书方案？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第一行有两个整数 N 和 M 。（1 ≤ N ≤ 100,1 ≤ M ≤ 10000）。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 A_i（1 ≤ A_i ≤ 1000）。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输出一个整数，代表买书的方案数。（请注意：本题的计算结果可能会超过int）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1 1 2 2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