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1886: 连胜统计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在篮球比赛中，连胜是一件让球迷非常兴奋的事情。现给出 n 场比赛的获胜队伍编号，请输出每个球队连胜的场数，要求至少连胜 2 场才能列入统计范围。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比如，输入获得胜利的球队编号为：9 9 1 2 2 2 9 9 3 3 3 2，那么输出结果如下：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输出的含义是： 9 号球队连胜 2 场、 2 号球队连胜 3 场、 9 号球队连胜 2 场、 3 号球队连胜 3 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 ，代表比赛的场数。（ 5≤n≤100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个整数，分别代表了每场比赛获得胜利的球队的编号。（球队编号在 [1,10^9] 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 2 个整数，按照读入的顺序输出获得连胜的球队的编号以及连胜的场次。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9 9 1 2 2 2 9 9 3 3 3 2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