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1885: 钱币兑换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在一个国家仅有 1 分，2 分，3 分硬币，将钱 N 分 (N &lt; 32768) 兑换成硬币有很多种兑法。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请你编程序计算出共有多少种兑法。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N，N 小于 32768。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输出兑换的方法数。（本题数据的计算结果在int范围内）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2934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718831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