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1873: 电报文字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输入一行电报文字，将小写字母编程其下一个小写字母。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（如 'a' 变成'b' ⋯ 'z' 变成 'a' 其他字符不变）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一行字符。（不超过 105 个字符，可能包含大小写字母、数字以及英文的标点符号）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加密处理后的字符。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