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1870: 超市打折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SCZ 超市最近在推行一项活动，如果客户购买的商品的总价格是 10 的倍数，那么可以对这些商品打 8 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gaosh 想知道，自己买的东西，经过这项活动，他需要付多少钱。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，表示 gaosh 买的商品的总价格。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经过这次活动后，gaosh 需要付的钱。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