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1862: 友好数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1862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循环的应用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4375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循环的应用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有两个整数，如果每个整数的约数和（除了它本身以外）等于对方，我们就称这对数是友好的。例如：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的约数和有：1+3=4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的约数和有：1+2=3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所以 9 和 4 不是友好的。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220的约数和有：1 、2、 4、 5 、10 、11、 20、 22、 44 、55、 110=284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284 的约数和有：1、 2 、4 、71、 142=220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所以 220 和 284 是友好的。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编写程序，判断两个数是否是友好数。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一行，两个整数，由空格分隔（两个整数都小于 10000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如果是友好数，输出"yes"，否则输出"no"，注意不包含引号。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220 284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