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1858: 数组查找及替换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1858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蓝桥杯数组问题字符型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6130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数组问题 字符型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给定某整数数组和某一整数 b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要求删除数组中可以被 b 整除的所有元素，同时将该数组各元素按从小到大排序。如果数组元素数值在 'A' 到 'Z' 的 ASCII 之间，替换为对应字母。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元素个数不超过 100，b 在 1 至 100 之间。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第一行为表示数组元素个数 N 和整数 b。(1 ≤ N ≤ 100)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第二行为数组各个元素。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按照要求输出。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77 11 66 22 44 33 55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 33 55 M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蓝桥杯算法训练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