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1853: 黑色星期五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1853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蓝桥杯模拟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基础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681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蓝桥杯 模拟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有些西方人比较迷信，如果某个月的 13 号正好是星期五，他们就会觉得不太吉利，用古人的说法，就是“诸事不宜”。请你编写一个程序，统计出在某个特定的年份中，出现了多少次既是 13 号又是星期五的情形，以帮助你的迷信朋友解决难题。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说明：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一年有 365 天，闰年有 366 天，所谓闰年，即能被 4 整除且不能被 100 整除的年份，或是既能被 100 整除也能被 400 整除的年份；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已知 1998 年 1 月 1 日是星期四，用户输入的年份肯定大于或等于 1998 年。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输入只有一行，即某个特定的四位数的年份（大于或等于 1998 年）。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输出只有一行，即在这一年中，出现了多少次既是 13 号又是星期五的情形。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【来源】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蓝桥杯算法训练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