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1852: 集合运算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给出两个整数集合 A 、 B ，求出他们的交集、并集以及 B 在 A 中的余集。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第一行为一个整数 n ，表示集合 A 中的元素个数。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个互不相同的用空格隔开的整数，表示集合 A 中的元素。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第三行为一个整数 m ，表示集合 B 中的元素个数。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第四行有 m个互不相同的用空格隔开的整数，表示集合 B 中的元素。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集合中的所有元素均为 int 范围内的整数，n 、m  ≤ 1000。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第一行按从小到大的顺序输出 A 、B 交集中的所有元素。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第二行按从小到大的顺序输出 A 、B 并集中的所有元素。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第三行按从小到大的顺序输出 B 在 A 中的余集中的所有元素。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