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1851: 猴子分苹果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秋天到了，n 只猴子采摘了一大堆苹果放到山洞里，约定第二天平分。这些猴子很崇拜猴王孙悟空，所以都想给他留一些苹果。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第一只猴子悄悄来到山洞，把苹果平均分成 n 份，把剩下的 m 个苹果吃了，然后藏起来一份，最后把剩下的苹果重新合在一起。这些猴子依次悄悄来到山洞，都做同样的操作，恰好每次都剩下了 m 个苹果。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第二天，这些猴子来到山洞，把剩下的苹果 分成 n 分，巧了，还是剩下了 m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问，原来这些猴子至少采了多少个苹果。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两个整数，n 和 m 。（0 &lt; m &lt; n &lt; 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一个整数，表示原来苹果的数目。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15621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