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1847: 摆动序列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如果一个序列满足下面的性质，我们就将它称为摆动序列：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序列中的所有数都是不大于 k 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序列中至少有两个数。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序列中的数两两不相等。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如果第 i – 1 个数比第 i – 2 个数大，则第 i 个数比第 i – 2 个数小；如果第 i – 1 个数比第 i – 2 个数小，则第 i 个数比第 i – 2 个数大。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比如，当 k = 3 时，有下面几个这样的序列：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一共有 8 种，给定 k ，请求出满足上面要求的序列的个数。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输入包含了一个整数 k 。（k ≤ 20）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输出一个整数，表示满足要求的序列个数。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