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1846: 阿尔法乘积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计算一个整数的阿尔法乘积。对于一个整数 x 来说，它的阿尔法乘积是这样来计算的：如果 x 是一个个位数，那么它的阿尔法乘积就是它本身；否则的话，x 的阿尔法乘积就等于它的各位非 0 的数字相乘所得到的那个整数的阿尔法乘积。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例如：4018224312 的阿尔法乘积等于 8 ，它是按照以下的步骤来计算的：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4018224312 → 4 × 1 × 8 × 2 × 2 × 4 × 3 × 1 × 2 → 3072 → 3 × 7 × 2 → 42 → 4 × 2 → 8；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编写一个程序，输入一个正整数（该整数的值在 int 范围内），输出它的阿尔法乘积。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输入只有一行，即一个正整数。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输出相应的阿尔法乘积。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3072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