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1844: 判定字符位置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返回给定字符串 s 中元音字母的首次出现位置。英语元音字母只有 a、e、i、o、u 五个。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若字符串中没有元音字母，则输出 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只考虑小写的情况。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输入一个仅含小写字母的字符串，长度不超过 20 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按题意输出位置或输出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and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